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Экономика.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перечень характеристик. Все они, за исключением двух, относятся к функциям рынка.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ценообразования;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посредническая;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практическая;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санирующая;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информационная;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научная.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две характеристики, «выпадающие»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обществе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обществе реализуются функции воспроизводства и социализации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Общественный прогресс характеризуется деградацией, возвратом к уже отжившим структурам и отношениям.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Общество представляет собой закрытую систему, не взаимодействующую с внешней средой.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Общество является развивающейся динамической системой.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широком смысле под обществом понимают все население Земли, совокупность всех народов и стран.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формами и уровнями (этапами) познания: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ФОРМЫ ПОЗНАНИЯ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УРОВНИ (ЭТАПЫ) ПОЗНАНИЯ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ощущение Б) понятие В) восприятие Г) суждение Д) представление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рациональное познание 2) чувственное познание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Алексей работает над рефератом, раскрывающим функции образования как социального института. Какие из перечисленных положений он должен отразить в своей работе?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производство материальных ценностей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приобщение человека к культурному наследию общества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подготовка обучающихся к выполнению различных социальных ролей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развитие личности обучающихся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социальное управление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получение знаний, новых для всего человечества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отличительных чертах рыночной экономики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Государство осуществляет централизованное распределение ресурсов.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Цены на товары и услуги определяются соотношением спроса и предложения.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 Экономические решения принимаются преимущественно на основе хозяйственного опыта предков.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 Производители товаров и услуг конкурируют за спрос потребителей.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 Каждый вправе свободно распоряжаться своими способностями и имуществом для предпринимательской и иной, не запрещённой законом экономической деятельности.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статьями государственного бюджета: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СТАТЬИ ГОСУДАРСТВЕННОГО БЮДЖЕТА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таможенные пошлиныБ) пени и штрафы, предусмотренные налоговым законодательствомВ) приватизация государственного имуществаГ) национальная оборонаД) образование госрезервов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статьи доходов2) статьи расходов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 магазины города Z поставляют свежие овощи множество фирм. Они не имеют возможности контролировать цены на продукты. Найдите в приведённом списке характеристики описанного рынка и запишите цифры, под которыми они 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олигополия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2) местный рынок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3) однотипная продукция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4) дефицит товаров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5) совершенная (чистая) конкуренция</w:t>
      </w:r>
      <w:r>
        <w:rPr>
          <w:rFonts w:ascii="Times New Roman" w:hAnsi="Times New Roman" w:eastAsia="Times New Roman"/>
          <w:sz w:val="28"/>
        </w:rPr>
        <w:br/>
      </w:r>
      <w:r>
        <w:rPr>
          <w:rFonts w:ascii="Times New Roman" w:hAnsi="Times New Roman" w:eastAsia="Times New Roman"/>
          <w:b w:val="0"/>
          <w:i w:val="0"/>
          <w:sz w:val="28"/>
        </w:rPr>
        <w:t>6) рынок товаров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этнических общностях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Российской Федерации каждый имеет право на пользование родным языком, на свободный выбор языка общения, воспитания, обучения и творчества.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Межнациональная интеграция подразумевает сближение народов, укрепление связей между ними, взаимовлияние и взаимообогащение культур разных этносов.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К наиболее древним этническим общностям относятся нации.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Важнейшей предпосылкой формирования этноса является общность территории.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Признаком этнической общности служат общие политические предпочтения.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ходе социологического опроса совершеннолетних граждан стран Z и Y им задавали вопрос: «Вы в принципе хотели бы иметь собственный бизнес?». Полученные результаты (в % от числа опрошенных) представлены в вид диаграммы. 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10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Найдите в приведённом списке выводы, которые можно сделать на основе диаграммы,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В стране Y доля тех, кто затруднился ответить, меньше доли тех, кто не хотел бы иметь собственный бизнес.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Доля тех, у кого есть собственный бизнес, в стране Y меньше, чем в стране Z.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Более половины респондентов в стране Z хотели бы иметь собственный бизнес.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Равны доли опрошенных в каждой стране, кто хотел бы иметь собственный бизнес.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В стране Z доля тех, кто хотел бы иметь собственный бизнес, больше доли тех, у кого есть собственный бизнес.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государстве и его функциях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Государством называют совокупность институтов публичной власти, механизм реализации политической власти.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Государство призвано уравновешивать различные социальные интересы.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К основным признакам государства относятся унитарная форма государственного устройства, территория, на которую распространяется власть.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Государство отличается от политической партии тем, что оно является политическим институтом.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правоохранительную функцию государства входит профилактика правонарушений в целях их предупреждения и пресечения.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была проведена реформа избирательной системы. Какие изменения в законодательстве о выборах свидетельствуют об утверждении пропорциональной избирательной системы?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введение всеобщего, равного и прямого избирательного права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голосование за политические программы, а не за конкретных депутатов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распределение мест в парламенте в соответствии с количеством голосов, полученных партиями на выборах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введение 7%-ного избирательного барьера для политических партий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проведение голосования по спискам политических партий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отражение хода избирательной кампании в СМИ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Какие из приведенных ниже положений относятся к основам конституционного строя РФ?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республиканская форма правления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многообразие форм собственности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плановая экономическая система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доминирование судебной власти над законодательной и исполнительной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установление государственной религии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вопросами и субъектами государственной власти РФ, к ведению которых эти вопросы относятся: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ВОПРОСЫ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РФ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судоустройство, прокуратураБ) правовое регулирование интеллектуальной собственностиВ) координация вопросов здравоохраненияГ) охрана окружающей среды и обеспечение экологической безопасностиД) адвокатура, нотариат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только федеральный центр2) совместно федеральный центр и субъекты РФ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семье и браке.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Семейное законодательство Российской Федерации исходит из недопустимости произвольного вмешательства кого-либо в дела семьи.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зависимости от распределения обязанностей выделяют расширенные и традиционные семьи.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Досуговая функция семьи связана с воспроизводством социальной структуры общества, так как предоставляет (передаёт) определённый социальный статус членам семьи.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 Российской Федерации признаётся брак, зарегистрированный органами записи актов гражданского состояния.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Функция духовного общения предполагает развитие личностей членов семьи, духовное взаимообогащение.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субъектами гражданского права: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ГРАЖДАНСКОГО ПРАВА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гражданин РФБ) лицо без гражданстваB) субъект РФГ) муниципальное образованиеД) хозяйственное товарищество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физические лица2) юридические лица3) публично-правовые образования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Гражданин России Л.В. Сидоров работает нотариусом. Найдите в приведённом списке действия, входящие в круг прав / полномочий нотариуса,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осуществлять надзор за исполнением законов органами, осуществляющими дознание и предварительное следствие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представлять и защищать интересы доверителя в суде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давать разъяснения по вопросам совершения действий, находящихся в его компетенции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удостоверять брачный договор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расследовать преступления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изготовлять копии документов и делать выписки из них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Одно из важнейших направлений деятельности государства в современных условиях — социальная политика. Её суть заключается в регулировании социально-экономических условий жизни населения, в обеспечении благосостояния и достойного уровня существования всех граждан. &lt;…&gt;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Основной характеристикой достигнутого обществом уровня благосостояния служат размеры доходов населения и степень их дифференциации у различных социальных групп.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Доходы населения — это все материальные средства, которые домохозяйства получают как результат экономической деятельности или как трансферты. Доходы поступают населению в денежной и натуральной формах. Натуральная форма доходов включает продукцию, произведённую домохозяйствами для собственного потребления, натуральные трансферты (продукты питания, одежду). &lt;…&gt;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различных экономических системах существуют разные принципы распределения доходов. Обычно выделяют четыре основных принципа: уравнительный, рыночный (в соответствии с владением тем или иным фактором производства), по накопленному имуществу, привилегированный (перераспределение богатства в пользу определённых слоёв общества).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экономически развитых странах признаётся право людей на определённый стандарт благосостояния. Средством преодоления неравенства и бедности выступает государственная политика доходов. Она осуществляется по двум основным направлениям: регулирование доходов населения и перераспределение доходов через государственный бюджет.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Практика регулирования доходов предполагает установление гарантированного минимума (или ставки) заработной платы, который имеет важное значение для таких категорий населения, как малоквалифицированные рабочие, а также часто используется как исходная база для определения оплаты труда более высоких категорий работников, различных премий и доплат.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Политика перераспределения доходов включает предоставление населению социальных гарантий путём финансирования систем образования, медицинского обслуживания, учреждений культуры; финансирование системы социальной защиты, включающей систему социального страхования; систему государственной помощи лицам, не способным обеспечить себе доход (По Е.В. Галаевой, А.А. Корсаковой и др.)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чём, по мнению авторов, заключается суть социальной политики? Какое определение доходов населения приведено в тексте? Какие четыре основных принципа распределения доходов перечисляют авторы?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знания,— укажите не менее трёх основных характеристик государственного бюджета как финансового плана;— объясните связь любой из указанных автором основных характеристик достигнутого обществом уровня благосостояния со стабильностью общественного развития.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Существуют экономические, политические и технологические факторы, влияющие на рост цен. Используя обществоведческие знания и факты общественной жизни, проиллюстрируйте влияние каждого из таких факторов примерами. (В каждом случае сначала укажите фактор, затем приведите соответствующий пример. Каждый пример должен быть сформулирован развёрнуто)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Приведите три суждения о том, как предпринимательские способности влияют на экономику и общество в целом. (Каждое суждение должно быть сформулировано как распространенное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На графике изображено изменение ситуации на рынке очков для коррекции зрения. Кривая спроса переместилась из положения D в положение D1 при неизменном предложении S. (На графике P — цена услуги; Q — количество услуги.)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10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Что могло вызвать изменение спроса? Сначала укажите любое одно обстоятельство (фактор), затем объясните его влияние на спрос (обязательно укажите характер изменения спроса). (Объяснение должно быть дано применительно к рынку, указанному в тексте задания.)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появится инновационная технология производства очков для коррекции зрения?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Государство Z переживает экономический подъём. Промышленность в своем развитии опережает сельское хозяйство. Законом установлено господство государственной собственности.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Какая экономическая система существует в государстве Z? По какому признаку Вы это установили? Назовите любые два иных признака этой экономической системы. Какие еще экономические системы существуют?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основы конституционного строя нашего государства, права и свободы человека и гражданина.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 основе положений Конституции Российской Федерации объясните смысл следующих характеристик нашего государства: 1) федеративное государство; 2) светское государство; 3) социальное государство.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распространённое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Обратите внимание на то,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«Безработица».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1) Обоснуйте необходимость государственного регулирования современной экономики.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Назовите три любых метода воздействия государства на экономику.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Проиллюстрируйте примерами из российской действительности каждый из методов, названных в пункте 2). (Всего должны быть названы три метода и приведено три примера. Каждый пример должен быть сформулирован развёрнуто)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Экономика.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